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  <w:lang w:val="pl-PL"/>
        </w:rPr>
        <w:t>Notatki ze spotkania do wklejenia na stronę Loop</w:t>
      </w:r>
    </w:p>
    <w:p/>
    <w:p>
      <w:r>
        <w:rPr>
          <w:lang w:val="pl-PL"/>
        </w:rPr>
        <w:t>Materiał do kursu Microsoft 365 Copilot, lekcja o Copilot w Loop.</w:t>
      </w:r>
    </w:p>
    <w:p>
      <w:r>
        <w:rPr>
          <w:lang w:val="pl-PL"/>
        </w:rPr>
        <w:t>Loop nie pracuje na plikach tak jak Word czy Excel, więc zamiast pliku do otwarcia dostajesz treść do wklejenia. Skopiuj siedem linijek poniżej i wklej je na pustą stronę Loop, a potem wywołaj polecenia z lekcji. Zobaczysz dokładnie to, co na zrzutach.</w:t>
      </w:r>
    </w:p>
    <w:p>
      <w:r>
        <w:rPr>
          <w:lang w:val="pl-PL"/>
        </w:rPr>
        <w:t>Notatki są zapisane tak, jak powstały w trakcie spotkania: luźne zdania, bez podziału, miejscami bez polskich znaków. To celowe. Cała lekcja pokazuje, jak Copilot robi z takiego zapisu uporządkowany wynik, więc nie poprawiaj ich przed wklejeniem.</w:t>
      </w:r>
    </w:p>
    <w:p/>
    <w:p>
      <w:r>
        <w:rPr>
          <w:b/>
          <w:lang w:val="pl-PL"/>
        </w:rPr>
        <w:t>Notatki do skopiowania:</w:t>
      </w:r>
    </w:p>
    <w:p>
      <w:r>
        <w:rPr>
          <w:lang w:val="pl-PL"/>
        </w:rPr>
        <w:t>Spotkanie statusowe wdrozenia CRM, 15 wrzesnia, obecni: Marta, Pawel, Tomasz</w:t>
      </w:r>
    </w:p>
    <w:p>
      <w:r>
        <w:rPr>
          <w:lang w:val="pl-PL"/>
        </w:rPr>
        <w:t>Marta mowi ze migracja danych z Excela stoi bo brakuje mapowania pol, potrzebne do 22 wrzesnia</w:t>
      </w:r>
    </w:p>
    <w:p>
      <w:r>
        <w:rPr>
          <w:lang w:val="pl-PL"/>
        </w:rPr>
        <w:t>Pawel: testy integracji z poczta przesuwa sie, bo srodowisko testowe padlo w piatek</w:t>
      </w:r>
    </w:p>
    <w:p>
      <w:r>
        <w:rPr>
          <w:lang w:val="pl-PL"/>
        </w:rPr>
        <w:t>ustalilismy ze szkolenie zespolu handlowego robimy 25 wrzesnia, Marta przygotuje agende</w:t>
      </w:r>
    </w:p>
    <w:p>
      <w:r>
        <w:rPr>
          <w:lang w:val="pl-PL"/>
        </w:rPr>
        <w:t>Tomasz pyta kto odbiera dostep do panelu administracyjnego, nikt nie wiedzial</w:t>
      </w:r>
    </w:p>
    <w:p>
      <w:r>
        <w:rPr>
          <w:lang w:val="pl-PL"/>
        </w:rPr>
        <w:t>decyzja: pipeline sprzedazowy zostaje piecioetapowy, nie zmieniamy na siedem</w:t>
      </w:r>
    </w:p>
    <w:p>
      <w:r>
        <w:rPr>
          <w:lang w:val="pl-PL"/>
        </w:rPr>
        <w:t>do sprawdzenia czy licencje na dodatkowe stanowiska sa w budzecie tego kwartalu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