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E02D33"/>
          <w:sz w:val="28"/>
        </w:rPr>
        <w:t>Wątek e-mail - zapytanie o szkolenie zamknięte (przykładowy)</w:t>
      </w:r>
    </w:p>
    <w:p>
      <w:r>
        <w:rPr>
          <w:b/>
        </w:rPr>
        <w:t>Od: Katarzyna Zając (klient)   Do: biuro@firma-abc.pl   pon 12.01, 09:14</w:t>
      </w:r>
    </w:p>
    <w:p>
      <w:r>
        <w:t>Temat: Szkolenie Power BI dla zespołu</w:t>
      </w:r>
    </w:p>
    <w:p>
      <w:r>
        <w:t>Dzień dobry, jesteśmy zainteresowani szkoleniem zamkniętym z Power BI dla 12 osób z działu analiz. Interesuje nas termin w lutym, forma stacjonarna w Warszawie. Proszę o informację o dostępności i wycenie.</w:t>
      </w:r>
    </w:p>
    <w:p>
      <w:r>
        <w:t>————————————————————</w:t>
      </w:r>
    </w:p>
    <w:p>
      <w:r>
        <w:rPr>
          <w:b/>
        </w:rPr>
        <w:t>Od: Dział szkoleń   Do: Katarzyna Zając   pon 12.01, 11:40</w:t>
      </w:r>
    </w:p>
    <w:p>
      <w:r>
        <w:t>Temat: RE: Szkolenie Power BI dla zespołu</w:t>
      </w:r>
    </w:p>
    <w:p>
      <w:r>
        <w:t>Dzień dobry, dziękujemy za zapytanie. Mamy wolny termin 18-19 lutego. Dla grupy 12 osób cena to 2 900 zł za osobę w formule stacjonarnej. W cenie materiały, obiad i certyfikat. Czy potwierdzić rezerwację wstępną?</w:t>
      </w:r>
    </w:p>
    <w:p>
      <w:r>
        <w:t>————————————————————</w:t>
      </w:r>
    </w:p>
    <w:p>
      <w:r>
        <w:rPr>
          <w:b/>
        </w:rPr>
        <w:t>Od: Katarzyna Zając (klient)   Do: Dział szkoleń   wt 13.01, 08:22</w:t>
      </w:r>
    </w:p>
    <w:p>
      <w:r>
        <w:t>Temat: RE: RE: Szkolenie Power BI dla zespołu</w:t>
      </w:r>
    </w:p>
    <w:p>
      <w:r>
        <w:t>Termin 18-19 lutego pasuje. Proszę o wstępną rezerwację. Czy jest możliwość dołączenia modułu o automatyzacji raportów? Dwie osoby z zespołu pytały też o Power Automate.</w:t>
      </w:r>
    </w:p>
    <w:p>
      <w:r>
        <w:t>————————————————————</w:t>
      </w:r>
    </w:p>
    <w:p>
      <w:r>
        <w:rPr>
          <w:b/>
        </w:rPr>
        <w:t>Od: Dział szkoleń   Do: Katarzyna Zając   wt 13.01, 10:05</w:t>
      </w:r>
    </w:p>
    <w:p>
      <w:r>
        <w:t>Temat: RE: RE: RE: Szkolenie Power BI dla zespołu</w:t>
      </w:r>
    </w:p>
    <w:p>
      <w:r>
        <w:t>Rezerwacja wstępna założona na 18-19 lutego. Moduł automatyzacji raportów możemy dodać jako trzeci dzień (20 lutego), dopłata 900 zł za osobę. Poproszę o potwierdzenie do piątku 16.01 oraz dane do umowy (nazwa firmy, NIP, osoba kontaktowa).</w:t>
      </w:r>
    </w:p>
    <w:p>
      <w:r>
        <w:t>————————————————————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